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C2E" w:rsidRPr="00EA34F2" w:rsidRDefault="00A072EF">
      <w:pPr>
        <w:spacing w:after="240"/>
        <w:jc w:val="center"/>
        <w:rPr>
          <w:rFonts w:ascii="標楷體" w:eastAsia="標楷體" w:hAnsi="標楷體"/>
          <w:lang w:eastAsia="zh-TW"/>
        </w:rPr>
      </w:pPr>
      <w:r w:rsidRPr="00EA34F2">
        <w:rPr>
          <w:rFonts w:ascii="標楷體" w:eastAsia="標楷體" w:hAnsi="標楷體"/>
          <w:b/>
          <w:sz w:val="36"/>
          <w:lang w:eastAsia="zh-TW"/>
        </w:rPr>
        <w:t>人事室敘獎作業系統授權一級單位管理者申請表</w:t>
      </w:r>
    </w:p>
    <w:p w:rsidR="00A63C2E" w:rsidRPr="00F91283" w:rsidRDefault="00A072EF">
      <w:pPr>
        <w:spacing w:after="240"/>
        <w:jc w:val="right"/>
        <w:rPr>
          <w:rFonts w:ascii="標楷體" w:eastAsia="標楷體" w:hAnsi="標楷體"/>
          <w:sz w:val="28"/>
          <w:szCs w:val="28"/>
        </w:rPr>
      </w:pPr>
      <w:proofErr w:type="spellStart"/>
      <w:r w:rsidRPr="00F91283">
        <w:rPr>
          <w:rFonts w:ascii="標楷體" w:eastAsia="標楷體" w:hAnsi="標楷體"/>
          <w:sz w:val="28"/>
          <w:szCs w:val="28"/>
        </w:rPr>
        <w:t>申請日期</w:t>
      </w:r>
      <w:proofErr w:type="spellEnd"/>
      <w:r w:rsidRPr="00F91283">
        <w:rPr>
          <w:rFonts w:ascii="標楷體" w:eastAsia="標楷體" w:hAnsi="標楷體"/>
          <w:sz w:val="28"/>
          <w:szCs w:val="28"/>
        </w:rPr>
        <w:t>：</w:t>
      </w:r>
      <w:r w:rsidRPr="00F91283">
        <w:rPr>
          <w:rFonts w:ascii="標楷體" w:eastAsia="標楷體" w:hAnsi="標楷體"/>
          <w:sz w:val="28"/>
          <w:szCs w:val="28"/>
        </w:rPr>
        <w:t xml:space="preserve">      </w:t>
      </w:r>
      <w:r w:rsidRPr="00F91283">
        <w:rPr>
          <w:rFonts w:ascii="標楷體" w:eastAsia="標楷體" w:hAnsi="標楷體"/>
          <w:sz w:val="28"/>
          <w:szCs w:val="28"/>
        </w:rPr>
        <w:t>年</w:t>
      </w:r>
      <w:r w:rsidRPr="00F91283">
        <w:rPr>
          <w:rFonts w:ascii="標楷體" w:eastAsia="標楷體" w:hAnsi="標楷體"/>
          <w:sz w:val="28"/>
          <w:szCs w:val="28"/>
        </w:rPr>
        <w:t xml:space="preserve">      </w:t>
      </w:r>
      <w:r w:rsidRPr="00F91283">
        <w:rPr>
          <w:rFonts w:ascii="標楷體" w:eastAsia="標楷體" w:hAnsi="標楷體"/>
          <w:sz w:val="28"/>
          <w:szCs w:val="28"/>
        </w:rPr>
        <w:t>月</w:t>
      </w:r>
      <w:r w:rsidRPr="00F91283">
        <w:rPr>
          <w:rFonts w:ascii="標楷體" w:eastAsia="標楷體" w:hAnsi="標楷體"/>
          <w:sz w:val="28"/>
          <w:szCs w:val="28"/>
        </w:rPr>
        <w:t xml:space="preserve">      </w:t>
      </w:r>
      <w:r w:rsidRPr="00F91283">
        <w:rPr>
          <w:rFonts w:ascii="標楷體" w:eastAsia="標楷體" w:hAnsi="標楷體"/>
          <w:sz w:val="28"/>
          <w:szCs w:val="28"/>
        </w:rPr>
        <w:t>日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842"/>
        <w:gridCol w:w="1552"/>
        <w:gridCol w:w="3128"/>
      </w:tblGrid>
      <w:tr w:rsidR="00A63C2E" w:rsidRPr="00F91283" w:rsidTr="0091449B">
        <w:trPr>
          <w:jc w:val="center"/>
        </w:trPr>
        <w:tc>
          <w:tcPr>
            <w:tcW w:w="183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申請人姓名</w:t>
            </w:r>
            <w:proofErr w:type="spellEnd"/>
          </w:p>
        </w:tc>
        <w:tc>
          <w:tcPr>
            <w:tcW w:w="284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63C2E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員工編號</w:t>
            </w:r>
          </w:p>
        </w:tc>
        <w:tc>
          <w:tcPr>
            <w:tcW w:w="312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63C2E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C2E" w:rsidRPr="00F91283" w:rsidTr="0091449B">
        <w:trPr>
          <w:jc w:val="center"/>
        </w:trPr>
        <w:tc>
          <w:tcPr>
            <w:tcW w:w="183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服務單位</w:t>
            </w:r>
          </w:p>
        </w:tc>
        <w:tc>
          <w:tcPr>
            <w:tcW w:w="284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63C2E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職稱</w:t>
            </w:r>
          </w:p>
        </w:tc>
        <w:tc>
          <w:tcPr>
            <w:tcW w:w="312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63C2E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C2E" w:rsidRPr="00F91283" w:rsidTr="0091449B">
        <w:trPr>
          <w:jc w:val="center"/>
        </w:trPr>
        <w:tc>
          <w:tcPr>
            <w:tcW w:w="183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84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63C2E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電子郵件</w:t>
            </w:r>
          </w:p>
        </w:tc>
        <w:tc>
          <w:tcPr>
            <w:tcW w:w="312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after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91283">
              <w:rPr>
                <w:rFonts w:ascii="標楷體" w:eastAsia="標楷體" w:hAnsi="標楷體"/>
                <w:i/>
                <w:color w:val="808080"/>
                <w:sz w:val="28"/>
                <w:szCs w:val="28"/>
                <w:lang w:eastAsia="zh-TW"/>
              </w:rPr>
              <w:t>(</w:t>
            </w:r>
            <w:r w:rsidRPr="00F91283">
              <w:rPr>
                <w:rFonts w:ascii="標楷體" w:eastAsia="標楷體" w:hAnsi="標楷體"/>
                <w:i/>
                <w:color w:val="808080"/>
                <w:sz w:val="28"/>
                <w:szCs w:val="28"/>
                <w:lang w:eastAsia="zh-TW"/>
              </w:rPr>
              <w:t>設定完成後，將信件通知申請人</w:t>
            </w:r>
            <w:r w:rsidRPr="00F91283">
              <w:rPr>
                <w:rFonts w:ascii="標楷體" w:eastAsia="標楷體" w:hAnsi="標楷體"/>
                <w:i/>
                <w:color w:val="808080"/>
                <w:sz w:val="28"/>
                <w:szCs w:val="28"/>
                <w:lang w:eastAsia="zh-TW"/>
              </w:rPr>
              <w:t>)</w:t>
            </w:r>
          </w:p>
        </w:tc>
        <w:bookmarkStart w:id="0" w:name="_GoBack"/>
        <w:bookmarkEnd w:id="0"/>
      </w:tr>
      <w:tr w:rsidR="00A63C2E" w:rsidRPr="00F91283" w:rsidTr="001A345F">
        <w:trPr>
          <w:jc w:val="center"/>
        </w:trPr>
        <w:tc>
          <w:tcPr>
            <w:tcW w:w="9360" w:type="dxa"/>
            <w:gridSpan w:val="4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AFAF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A63C2E" w:rsidRPr="00F91283" w:rsidRDefault="00A072EF">
            <w:pPr>
              <w:spacing w:before="120" w:after="8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91283">
              <w:rPr>
                <w:rFonts w:ascii="標楷體" w:eastAsia="標楷體" w:hAnsi="標楷體"/>
                <w:b/>
                <w:color w:val="B40000"/>
                <w:sz w:val="28"/>
                <w:szCs w:val="28"/>
                <w:lang w:eastAsia="zh-TW"/>
              </w:rPr>
              <w:t>【注意事項】</w:t>
            </w:r>
          </w:p>
          <w:p w:rsidR="00A63C2E" w:rsidRPr="00F91283" w:rsidRDefault="00A072EF">
            <w:pPr>
              <w:spacing w:after="40"/>
              <w:ind w:left="36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一、</w:t>
            </w: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  <w:r w:rsidR="00EA34F2" w:rsidRPr="00F9128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一級單位管理者係指</w:t>
            </w:r>
            <w:r w:rsidR="00C27CC3" w:rsidRPr="00F9128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有</w:t>
            </w:r>
            <w:r w:rsidR="00EA34F2" w:rsidRPr="00F9128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管理單位績點點數</w:t>
            </w:r>
            <w:r w:rsidR="00C27CC3" w:rsidRPr="00F9128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權限</w:t>
            </w:r>
            <w:r w:rsidR="00EA34F2" w:rsidRPr="00F9128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承辦人員與主管</w:t>
            </w: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:rsidR="00A63C2E" w:rsidRPr="00F91283" w:rsidRDefault="00A072EF">
            <w:pPr>
              <w:spacing w:after="120"/>
              <w:ind w:left="36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二、</w:t>
            </w: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一級單位管理</w:t>
            </w:r>
            <w:proofErr w:type="gramStart"/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者如異動</w:t>
            </w:r>
            <w:proofErr w:type="gramEnd"/>
            <w:r w:rsidRPr="00F91283">
              <w:rPr>
                <w:rFonts w:ascii="標楷體" w:eastAsia="標楷體" w:hAnsi="標楷體"/>
                <w:sz w:val="28"/>
                <w:szCs w:val="28"/>
                <w:lang w:eastAsia="zh-TW"/>
              </w:rPr>
              <w:t>，請通知人事室異動授權權限。</w:t>
            </w:r>
          </w:p>
        </w:tc>
      </w:tr>
    </w:tbl>
    <w:p w:rsidR="00A63C2E" w:rsidRPr="00F91283" w:rsidRDefault="00A63C2E">
      <w:pPr>
        <w:spacing w:after="240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A63C2E" w:rsidRPr="00F91283">
        <w:trPr>
          <w:jc w:val="center"/>
        </w:trPr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申請人</w:t>
            </w:r>
            <w:proofErr w:type="spellEnd"/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簽</w:t>
            </w:r>
            <w:proofErr w:type="spellStart"/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章</w:t>
            </w: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  <w:proofErr w:type="spellEnd"/>
          </w:p>
        </w:tc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單位主管</w:t>
            </w: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簽章</w:t>
            </w: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b/>
                <w:sz w:val="28"/>
                <w:szCs w:val="28"/>
              </w:rPr>
              <w:t>人事室審核者</w:t>
            </w:r>
          </w:p>
        </w:tc>
      </w:tr>
      <w:tr w:rsidR="00A63C2E" w:rsidRPr="00F91283">
        <w:trPr>
          <w:jc w:val="center"/>
        </w:trPr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</w:p>
        </w:tc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</w:p>
        </w:tc>
        <w:tc>
          <w:tcPr>
            <w:tcW w:w="324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A63C2E" w:rsidRPr="00F91283" w:rsidRDefault="00A072EF">
            <w:pPr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91283">
              <w:rPr>
                <w:rFonts w:ascii="標楷體" w:eastAsia="標楷體" w:hAnsi="標楷體"/>
                <w:sz w:val="28"/>
                <w:szCs w:val="28"/>
              </w:rPr>
              <w:br/>
            </w:r>
          </w:p>
        </w:tc>
      </w:tr>
    </w:tbl>
    <w:p w:rsidR="00A072EF" w:rsidRPr="00EA34F2" w:rsidRDefault="00A072EF">
      <w:pPr>
        <w:rPr>
          <w:rFonts w:ascii="標楷體" w:eastAsia="標楷體" w:hAnsi="標楷體"/>
        </w:rPr>
      </w:pPr>
    </w:p>
    <w:sectPr w:rsidR="00A072EF" w:rsidRPr="00EA34F2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2EF" w:rsidRDefault="00A072EF">
      <w:pPr>
        <w:spacing w:after="0" w:line="240" w:lineRule="auto"/>
      </w:pPr>
      <w:r>
        <w:separator/>
      </w:r>
    </w:p>
  </w:endnote>
  <w:endnote w:type="continuationSeparator" w:id="0">
    <w:p w:rsidR="00A072EF" w:rsidRDefault="00A0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C2E" w:rsidRDefault="00A072EF">
    <w:pPr>
      <w:pStyle w:val="a7"/>
      <w:jc w:val="right"/>
    </w:pPr>
    <w:r>
      <w:rPr>
        <w:color w:val="808080"/>
        <w:sz w:val="17"/>
      </w:rPr>
      <w:t>版本日期：</w:t>
    </w:r>
    <w:r>
      <w:rPr>
        <w:color w:val="808080"/>
        <w:sz w:val="17"/>
      </w:rPr>
      <w:t>2026.08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2EF" w:rsidRDefault="00A072EF">
      <w:pPr>
        <w:spacing w:after="0" w:line="240" w:lineRule="auto"/>
      </w:pPr>
      <w:r>
        <w:separator/>
      </w:r>
    </w:p>
  </w:footnote>
  <w:footnote w:type="continuationSeparator" w:id="0">
    <w:p w:rsidR="00A072EF" w:rsidRDefault="00A07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45F"/>
    <w:rsid w:val="0029639D"/>
    <w:rsid w:val="00326F90"/>
    <w:rsid w:val="0040112F"/>
    <w:rsid w:val="0091449B"/>
    <w:rsid w:val="00A072EF"/>
    <w:rsid w:val="00A63C2E"/>
    <w:rsid w:val="00AA1D8D"/>
    <w:rsid w:val="00B47730"/>
    <w:rsid w:val="00C27CC3"/>
    <w:rsid w:val="00CB0664"/>
    <w:rsid w:val="00EA34F2"/>
    <w:rsid w:val="00ED682D"/>
    <w:rsid w:val="00F912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D42933"/>
  <w14:defaultImageDpi w14:val="300"/>
  <w15:docId w15:val="{95FF9E01-719A-49E1-8152-996B90273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新細明體" w:hAnsi="新細明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7532B6-DF3D-497F-9191-9C6644CBB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2026-08-31T05:45:00Z</dcterms:created>
  <dcterms:modified xsi:type="dcterms:W3CDTF">2026-08-31T06:42:00Z</dcterms:modified>
  <cp:category/>
</cp:coreProperties>
</file>